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7F9CEDCB" w14:textId="77777777" w:rsidR="00334C79" w:rsidRDefault="00000000">
      <w:pPr>
        <w:jc w:val="center"/>
      </w:pPr>
      <w:r>
        <w:rPr>
          <w:noProof/>
        </w:rPr>
        <w:drawing>
          <wp:inline distT="0" distB="0" distL="0" distR="0" wp14:anchorId="21ED233C" wp14:editId="216D69C6">
            <wp:extent cx="1645920" cy="164592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ome office_logo.pn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645920" cy="1645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5B8A58" w14:textId="77777777" w:rsidR="00334C79" w:rsidRDefault="00000000">
      <w:pPr>
        <w:jc w:val="center"/>
      </w:pPr>
      <w:r>
        <w:rPr>
          <w:b/>
        </w:rPr>
        <w:br/>
        <w:t>ODSTOUPENÍ OD KUPNÍ SMLOUVY DO 14 DNŮ</w:t>
      </w:r>
    </w:p>
    <w:p w14:paraId="1BD57651" w14:textId="4E1A47DC" w:rsidR="00EF55EE" w:rsidRPr="00EF55EE" w:rsidRDefault="00000000" w:rsidP="00EF55EE">
      <w:pPr>
        <w:autoSpaceDE w:val="0"/>
        <w:autoSpaceDN w:val="0"/>
        <w:adjustRightInd w:val="0"/>
        <w:spacing w:after="0" w:line="240" w:lineRule="auto"/>
      </w:pPr>
      <w:r>
        <w:t xml:space="preserve">u společnosti Ing. Karel Kužela, </w:t>
      </w:r>
      <w:r w:rsidR="00EF55EE" w:rsidRPr="00EF55EE">
        <w:t>Dolní Lhota 135,763 23 Lhota u Luhačovic</w:t>
      </w:r>
    </w:p>
    <w:p w14:paraId="22825322" w14:textId="47D288AB" w:rsidR="00EF55EE" w:rsidRPr="00EF55EE" w:rsidRDefault="00EF55EE" w:rsidP="00EF55EE">
      <w:pPr>
        <w:autoSpaceDE w:val="0"/>
        <w:autoSpaceDN w:val="0"/>
        <w:adjustRightInd w:val="0"/>
        <w:spacing w:after="0" w:line="240" w:lineRule="auto"/>
      </w:pPr>
      <w:r w:rsidRPr="00EF55EE">
        <w:t>IČ: 680 19</w:t>
      </w:r>
      <w:r>
        <w:t> </w:t>
      </w:r>
      <w:r w:rsidRPr="00EF55EE">
        <w:t>572</w:t>
      </w:r>
      <w:r>
        <w:t xml:space="preserve">, </w:t>
      </w:r>
      <w:r w:rsidRPr="00EF55EE">
        <w:t>DIČ: CZ7308154128</w:t>
      </w:r>
    </w:p>
    <w:p w14:paraId="7CBBF3CC" w14:textId="77777777" w:rsidR="00EF55EE" w:rsidRDefault="00EF55EE" w:rsidP="00EF55EE">
      <w:proofErr w:type="spellStart"/>
      <w:proofErr w:type="gramStart"/>
      <w:r w:rsidRPr="00EF55EE">
        <w:t>Luhačovice,č.j</w:t>
      </w:r>
      <w:proofErr w:type="spellEnd"/>
      <w:r w:rsidRPr="00EF55EE">
        <w:t>.</w:t>
      </w:r>
      <w:proofErr w:type="gramEnd"/>
      <w:r w:rsidRPr="00EF55EE">
        <w:t xml:space="preserve"> LU-L-155/98-</w:t>
      </w:r>
      <w:proofErr w:type="gramStart"/>
      <w:r w:rsidRPr="00EF55EE">
        <w:t>F,ev.č.</w:t>
      </w:r>
      <w:proofErr w:type="gramEnd"/>
      <w:r w:rsidRPr="00EF55EE">
        <w:t xml:space="preserve"> 370504-2386-01</w:t>
      </w:r>
    </w:p>
    <w:p w14:paraId="74F4FEAA" w14:textId="5184DF01" w:rsidR="00334C79" w:rsidRDefault="00000000">
      <w:proofErr w:type="spellStart"/>
      <w:r>
        <w:t>Tímto</w:t>
      </w:r>
      <w:proofErr w:type="spellEnd"/>
      <w:r>
        <w:t xml:space="preserve"> </w:t>
      </w:r>
      <w:proofErr w:type="spellStart"/>
      <w:r>
        <w:t>oznamuji</w:t>
      </w:r>
      <w:proofErr w:type="spellEnd"/>
      <w:r>
        <w:t xml:space="preserve">, </w:t>
      </w:r>
      <w:proofErr w:type="spellStart"/>
      <w:r>
        <w:t>že</w:t>
      </w:r>
      <w:proofErr w:type="spellEnd"/>
      <w:r>
        <w:t xml:space="preserve"> </w:t>
      </w:r>
      <w:proofErr w:type="spellStart"/>
      <w:r>
        <w:t>odstupuji</w:t>
      </w:r>
      <w:proofErr w:type="spellEnd"/>
      <w:r>
        <w:t xml:space="preserve"> od smlouvy o koupi tohoto zboží:</w:t>
      </w:r>
    </w:p>
    <w:p w14:paraId="75DAA4D5" w14:textId="77777777" w:rsidR="00334C79" w:rsidRDefault="00000000">
      <w:r>
        <w:t>Název vraceného zboží: ________________________________________________</w:t>
      </w:r>
    </w:p>
    <w:p w14:paraId="5FF280EE" w14:textId="77777777" w:rsidR="00334C79" w:rsidRDefault="00000000">
      <w:r>
        <w:t>Číslo objednávky/faktury: _____________________________________________</w:t>
      </w:r>
    </w:p>
    <w:p w14:paraId="7549068B" w14:textId="77777777" w:rsidR="00334C79" w:rsidRDefault="00000000">
      <w:r>
        <w:t>Datum objednání/převzetí: _____________________________________________</w:t>
      </w:r>
    </w:p>
    <w:p w14:paraId="0D8D0BC5" w14:textId="77777777" w:rsidR="00334C79" w:rsidRDefault="00334C79"/>
    <w:p w14:paraId="77092F0C" w14:textId="77777777" w:rsidR="00334C79" w:rsidRDefault="00000000">
      <w:r>
        <w:t>Vaše údaje:</w:t>
      </w:r>
    </w:p>
    <w:p w14:paraId="365EDF30" w14:textId="39D961B1" w:rsidR="00334C79" w:rsidRDefault="00000000">
      <w:proofErr w:type="spellStart"/>
      <w:r>
        <w:t>Jméno</w:t>
      </w:r>
      <w:proofErr w:type="spellEnd"/>
      <w:r w:rsidR="0083264E">
        <w:t xml:space="preserve"> </w:t>
      </w:r>
      <w:r>
        <w:t xml:space="preserve">a </w:t>
      </w:r>
      <w:proofErr w:type="spellStart"/>
      <w:r>
        <w:t>příjmení</w:t>
      </w:r>
      <w:proofErr w:type="spellEnd"/>
      <w:r>
        <w:t>: _________________________________________________</w:t>
      </w:r>
    </w:p>
    <w:p w14:paraId="70A509A1" w14:textId="77777777" w:rsidR="00334C79" w:rsidRDefault="00000000">
      <w:r>
        <w:t>Adresa: ___________________________________________________________</w:t>
      </w:r>
    </w:p>
    <w:p w14:paraId="066F537D" w14:textId="77777777" w:rsidR="00334C79" w:rsidRDefault="00000000">
      <w:r>
        <w:t>Telefon: __________________________________________________________</w:t>
      </w:r>
    </w:p>
    <w:p w14:paraId="77E28865" w14:textId="77777777" w:rsidR="00334C79" w:rsidRDefault="00000000">
      <w:r>
        <w:t>E-mail: ___________________________________________________________</w:t>
      </w:r>
    </w:p>
    <w:p w14:paraId="48978E6A" w14:textId="77777777" w:rsidR="00334C79" w:rsidRDefault="00000000">
      <w:r>
        <w:t>Číslo účtu pro vrácení platby: _____________________________________</w:t>
      </w:r>
    </w:p>
    <w:p w14:paraId="793F5EC8" w14:textId="77777777" w:rsidR="00334C79" w:rsidRDefault="00000000">
      <w:r>
        <w:t>Zboží zašlete na adresu: Ing. Karel Kužela, Areál Svit, budova č. 42, Zlín 76001, nejpozději do 14 dnů od odstoupení od smlouvy.</w:t>
      </w:r>
    </w:p>
    <w:p w14:paraId="0F241C8A" w14:textId="77777777" w:rsidR="00334C79" w:rsidRDefault="00000000">
      <w:r>
        <w:br/>
        <w:t>Důvod vrácení:</w:t>
      </w:r>
    </w:p>
    <w:p w14:paraId="7767939A" w14:textId="77777777" w:rsidR="00334C79" w:rsidRDefault="00000000">
      <w:r>
        <w:t>☐ Zboží mi nevyhovuje</w:t>
      </w:r>
    </w:p>
    <w:p w14:paraId="3313FF9D" w14:textId="77777777" w:rsidR="00334C79" w:rsidRDefault="00000000">
      <w:r>
        <w:t xml:space="preserve">☐ </w:t>
      </w:r>
      <w:proofErr w:type="spellStart"/>
      <w:r>
        <w:t>Zboží</w:t>
      </w:r>
      <w:proofErr w:type="spellEnd"/>
      <w:r>
        <w:t xml:space="preserve"> </w:t>
      </w:r>
      <w:proofErr w:type="spellStart"/>
      <w:r>
        <w:t>neodpovídá</w:t>
      </w:r>
      <w:proofErr w:type="spellEnd"/>
      <w:r>
        <w:t xml:space="preserve"> </w:t>
      </w:r>
      <w:proofErr w:type="spellStart"/>
      <w:r>
        <w:t>popisu</w:t>
      </w:r>
      <w:proofErr w:type="spellEnd"/>
      <w:r>
        <w:t xml:space="preserve"> na webu</w:t>
      </w:r>
    </w:p>
    <w:p w14:paraId="2141EFDF" w14:textId="77777777" w:rsidR="00334C79" w:rsidRDefault="00000000">
      <w:r>
        <w:lastRenderedPageBreak/>
        <w:t>☐ Zboží je poškozeno</w:t>
      </w:r>
    </w:p>
    <w:p w14:paraId="799BFC93" w14:textId="77777777" w:rsidR="00334C79" w:rsidRDefault="00000000">
      <w:r>
        <w:t>☐ Doručeno jiné zboží</w:t>
      </w:r>
    </w:p>
    <w:p w14:paraId="703586F0" w14:textId="77777777" w:rsidR="00334C79" w:rsidRDefault="00000000">
      <w:r>
        <w:t>☐ Jiný důvod: ______________________________________________</w:t>
      </w:r>
    </w:p>
    <w:p w14:paraId="5086A8D6" w14:textId="77777777" w:rsidR="00334C79" w:rsidRDefault="00000000">
      <w:r>
        <w:br/>
        <w:t>E-mail pro komunikaci: lechuza@homeofficecz.cz</w:t>
      </w:r>
    </w:p>
    <w:p w14:paraId="5907F920" w14:textId="77777777" w:rsidR="00334C79" w:rsidRDefault="00000000">
      <w:r>
        <w:br/>
        <w:t xml:space="preserve">Datum: ____________________    </w:t>
      </w:r>
      <w:proofErr w:type="spellStart"/>
      <w:r>
        <w:t>Podpis</w:t>
      </w:r>
      <w:proofErr w:type="spellEnd"/>
      <w:r>
        <w:t>: ____________________</w:t>
      </w:r>
    </w:p>
    <w:p w14:paraId="0F928855" w14:textId="77777777" w:rsidR="00EE5D61" w:rsidRDefault="00EE5D61"/>
    <w:sectPr w:rsidR="00EE5D61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notTrueType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slovanseznam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slovanseznam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Seznamsodrkami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Seznamsodrkami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Se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2139907619">
    <w:abstractNumId w:val="8"/>
  </w:num>
  <w:num w:numId="2" w16cid:durableId="1271937105">
    <w:abstractNumId w:val="6"/>
  </w:num>
  <w:num w:numId="3" w16cid:durableId="518349815">
    <w:abstractNumId w:val="5"/>
  </w:num>
  <w:num w:numId="4" w16cid:durableId="1684670657">
    <w:abstractNumId w:val="4"/>
  </w:num>
  <w:num w:numId="5" w16cid:durableId="301548472">
    <w:abstractNumId w:val="7"/>
  </w:num>
  <w:num w:numId="6" w16cid:durableId="1041520904">
    <w:abstractNumId w:val="3"/>
  </w:num>
  <w:num w:numId="7" w16cid:durableId="1474785500">
    <w:abstractNumId w:val="2"/>
  </w:num>
  <w:num w:numId="8" w16cid:durableId="1808862913">
    <w:abstractNumId w:val="1"/>
  </w:num>
  <w:num w:numId="9" w16cid:durableId="1194415988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33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334C79"/>
    <w:rsid w:val="004D1269"/>
    <w:rsid w:val="0083264E"/>
    <w:rsid w:val="00AA1D8D"/>
    <w:rsid w:val="00B47730"/>
    <w:rsid w:val="00CB0664"/>
    <w:rsid w:val="00E51B08"/>
    <w:rsid w:val="00EE5D61"/>
    <w:rsid w:val="00EF55EE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FEE4D19"/>
  <w14:defaultImageDpi w14:val="300"/>
  <w15:docId w15:val="{F7D1A83D-D843-0941-B5A5-90F6CC7715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C693F"/>
  </w:style>
  <w:style w:type="paragraph" w:styleId="Nadpis1">
    <w:name w:val="heading 1"/>
    <w:basedOn w:val="Normln"/>
    <w:next w:val="Normln"/>
    <w:link w:val="Nadpis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618BF"/>
  </w:style>
  <w:style w:type="paragraph" w:styleId="Zpat">
    <w:name w:val="footer"/>
    <w:basedOn w:val="Normln"/>
    <w:link w:val="Zpat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618BF"/>
  </w:style>
  <w:style w:type="paragraph" w:styleId="Bezmezer">
    <w:name w:val="No Spacing"/>
    <w:uiPriority w:val="1"/>
    <w:qFormat/>
    <w:rsid w:val="00FC693F"/>
    <w:pPr>
      <w:spacing w:after="0" w:line="240" w:lineRule="auto"/>
    </w:pPr>
  </w:style>
  <w:style w:type="character" w:customStyle="1" w:styleId="Nadpis1Char">
    <w:name w:val="Nadpis 1 Char"/>
    <w:basedOn w:val="Standardnpsmoodstavce"/>
    <w:link w:val="Nadpis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zev">
    <w:name w:val="Title"/>
    <w:basedOn w:val="Normln"/>
    <w:next w:val="Normln"/>
    <w:link w:val="Nzev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nadpisChar">
    <w:name w:val="Podnadpis Char"/>
    <w:basedOn w:val="Standardnpsmoodstavce"/>
    <w:link w:val="Podnadpis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FC693F"/>
    <w:pPr>
      <w:ind w:left="720"/>
      <w:contextualSpacing/>
    </w:pPr>
  </w:style>
  <w:style w:type="paragraph" w:styleId="Zkladntext">
    <w:name w:val="Body Text"/>
    <w:basedOn w:val="Normln"/>
    <w:link w:val="ZkladntextChar"/>
    <w:uiPriority w:val="99"/>
    <w:unhideWhenUsed/>
    <w:rsid w:val="00AA1D8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rsid w:val="00AA1D8D"/>
  </w:style>
  <w:style w:type="paragraph" w:styleId="Zkladntext2">
    <w:name w:val="Body Text 2"/>
    <w:basedOn w:val="Normln"/>
    <w:link w:val="Zkladntext2Char"/>
    <w:uiPriority w:val="99"/>
    <w:unhideWhenUsed/>
    <w:rsid w:val="00AA1D8D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rsid w:val="00AA1D8D"/>
  </w:style>
  <w:style w:type="paragraph" w:styleId="Zkladntext3">
    <w:name w:val="Body Text 3"/>
    <w:basedOn w:val="Normln"/>
    <w:link w:val="Zkladn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rsid w:val="00AA1D8D"/>
    <w:rPr>
      <w:sz w:val="16"/>
      <w:szCs w:val="16"/>
    </w:rPr>
  </w:style>
  <w:style w:type="paragraph" w:styleId="Seznam">
    <w:name w:val="List"/>
    <w:basedOn w:val="Normln"/>
    <w:uiPriority w:val="99"/>
    <w:unhideWhenUsed/>
    <w:rsid w:val="00AA1D8D"/>
    <w:pPr>
      <w:ind w:left="360" w:hanging="360"/>
      <w:contextualSpacing/>
    </w:pPr>
  </w:style>
  <w:style w:type="paragraph" w:styleId="Seznam2">
    <w:name w:val="List 2"/>
    <w:basedOn w:val="Normln"/>
    <w:uiPriority w:val="99"/>
    <w:unhideWhenUsed/>
    <w:rsid w:val="00326F90"/>
    <w:pPr>
      <w:ind w:left="720" w:hanging="360"/>
      <w:contextualSpacing/>
    </w:pPr>
  </w:style>
  <w:style w:type="paragraph" w:styleId="Seznam3">
    <w:name w:val="List 3"/>
    <w:basedOn w:val="Normln"/>
    <w:uiPriority w:val="99"/>
    <w:unhideWhenUsed/>
    <w:rsid w:val="00326F90"/>
    <w:pPr>
      <w:ind w:left="1080" w:hanging="360"/>
      <w:contextualSpacing/>
    </w:pPr>
  </w:style>
  <w:style w:type="paragraph" w:styleId="Seznamsodrkami">
    <w:name w:val="List Bullet"/>
    <w:basedOn w:val="Normln"/>
    <w:uiPriority w:val="99"/>
    <w:unhideWhenUsed/>
    <w:rsid w:val="00326F90"/>
    <w:pPr>
      <w:numPr>
        <w:numId w:val="1"/>
      </w:numPr>
      <w:contextualSpacing/>
    </w:pPr>
  </w:style>
  <w:style w:type="paragraph" w:styleId="Seznamsodrkami2">
    <w:name w:val="List Bullet 2"/>
    <w:basedOn w:val="Normln"/>
    <w:uiPriority w:val="99"/>
    <w:unhideWhenUsed/>
    <w:rsid w:val="00326F90"/>
    <w:pPr>
      <w:numPr>
        <w:numId w:val="2"/>
      </w:numPr>
      <w:contextualSpacing/>
    </w:pPr>
  </w:style>
  <w:style w:type="paragraph" w:styleId="Seznamsodrkami3">
    <w:name w:val="List Bullet 3"/>
    <w:basedOn w:val="Normln"/>
    <w:uiPriority w:val="99"/>
    <w:unhideWhenUsed/>
    <w:rsid w:val="00326F90"/>
    <w:pPr>
      <w:numPr>
        <w:numId w:val="3"/>
      </w:numPr>
      <w:contextualSpacing/>
    </w:pPr>
  </w:style>
  <w:style w:type="paragraph" w:styleId="slovanseznam">
    <w:name w:val="List Number"/>
    <w:basedOn w:val="Normln"/>
    <w:uiPriority w:val="99"/>
    <w:unhideWhenUsed/>
    <w:rsid w:val="00326F90"/>
    <w:pPr>
      <w:numPr>
        <w:numId w:val="5"/>
      </w:numPr>
      <w:contextualSpacing/>
    </w:pPr>
  </w:style>
  <w:style w:type="paragraph" w:styleId="slovanseznam2">
    <w:name w:val="List Number 2"/>
    <w:basedOn w:val="Normln"/>
    <w:uiPriority w:val="99"/>
    <w:unhideWhenUsed/>
    <w:rsid w:val="0029639D"/>
    <w:pPr>
      <w:numPr>
        <w:numId w:val="6"/>
      </w:numPr>
      <w:contextualSpacing/>
    </w:pPr>
  </w:style>
  <w:style w:type="paragraph" w:styleId="slovanseznam3">
    <w:name w:val="List Number 3"/>
    <w:basedOn w:val="Normln"/>
    <w:uiPriority w:val="99"/>
    <w:unhideWhenUsed/>
    <w:rsid w:val="0029639D"/>
    <w:pPr>
      <w:numPr>
        <w:numId w:val="7"/>
      </w:numPr>
      <w:contextualSpacing/>
    </w:pPr>
  </w:style>
  <w:style w:type="paragraph" w:styleId="Pokraovnseznamu">
    <w:name w:val="List Continue"/>
    <w:basedOn w:val="Normln"/>
    <w:uiPriority w:val="99"/>
    <w:unhideWhenUsed/>
    <w:rsid w:val="0029639D"/>
    <w:pPr>
      <w:spacing w:after="120"/>
      <w:ind w:left="360"/>
      <w:contextualSpacing/>
    </w:pPr>
  </w:style>
  <w:style w:type="paragraph" w:styleId="Pokraovnseznamu2">
    <w:name w:val="List Continue 2"/>
    <w:basedOn w:val="Normln"/>
    <w:uiPriority w:val="99"/>
    <w:unhideWhenUsed/>
    <w:rsid w:val="0029639D"/>
    <w:pPr>
      <w:spacing w:after="120"/>
      <w:ind w:left="720"/>
      <w:contextualSpacing/>
    </w:pPr>
  </w:style>
  <w:style w:type="paragraph" w:styleId="Pokraovnseznamu3">
    <w:name w:val="List Continue 3"/>
    <w:basedOn w:val="Normln"/>
    <w:uiPriority w:val="99"/>
    <w:unhideWhenUsed/>
    <w:rsid w:val="0029639D"/>
    <w:pPr>
      <w:spacing w:after="120"/>
      <w:ind w:left="1080"/>
      <w:contextualSpacing/>
    </w:pPr>
  </w:style>
  <w:style w:type="paragraph" w:styleId="Textmakra">
    <w:name w:val="macro"/>
    <w:link w:val="Textmakra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makraChar">
    <w:name w:val="Text makra Char"/>
    <w:basedOn w:val="Standardnpsmoodstavce"/>
    <w:link w:val="Textmakra"/>
    <w:uiPriority w:val="99"/>
    <w:rsid w:val="0029639D"/>
    <w:rPr>
      <w:rFonts w:ascii="Courier" w:hAnsi="Courier"/>
      <w:sz w:val="20"/>
      <w:szCs w:val="20"/>
    </w:rPr>
  </w:style>
  <w:style w:type="paragraph" w:styleId="Citt">
    <w:name w:val="Quote"/>
    <w:basedOn w:val="Normln"/>
    <w:next w:val="Normln"/>
    <w:link w:val="CittChar"/>
    <w:uiPriority w:val="29"/>
    <w:qFormat/>
    <w:rsid w:val="00FC693F"/>
    <w:rPr>
      <w:i/>
      <w:iCs/>
      <w:color w:val="000000" w:themeColor="text1"/>
    </w:rPr>
  </w:style>
  <w:style w:type="character" w:customStyle="1" w:styleId="CittChar">
    <w:name w:val="Citát Char"/>
    <w:basedOn w:val="Standardnpsmoodstavce"/>
    <w:link w:val="Citt"/>
    <w:uiPriority w:val="29"/>
    <w:rsid w:val="00FC693F"/>
    <w:rPr>
      <w:i/>
      <w:iCs/>
      <w:color w:val="000000" w:themeColor="text1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ulek">
    <w:name w:val="caption"/>
    <w:basedOn w:val="Normln"/>
    <w:next w:val="Normln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iln">
    <w:name w:val="Strong"/>
    <w:basedOn w:val="Standardnpsmoodstavce"/>
    <w:uiPriority w:val="22"/>
    <w:qFormat/>
    <w:rsid w:val="00FC693F"/>
    <w:rPr>
      <w:b/>
      <w:bCs/>
    </w:rPr>
  </w:style>
  <w:style w:type="character" w:styleId="Zdraznn">
    <w:name w:val="Emphasis"/>
    <w:basedOn w:val="Standardnpsmoodstavce"/>
    <w:uiPriority w:val="20"/>
    <w:qFormat/>
    <w:rsid w:val="00FC693F"/>
    <w:rPr>
      <w:i/>
      <w:iCs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FC693F"/>
    <w:rPr>
      <w:b/>
      <w:bCs/>
      <w:i/>
      <w:iCs/>
      <w:color w:val="4F81BD" w:themeColor="accent1"/>
    </w:rPr>
  </w:style>
  <w:style w:type="character" w:styleId="Zdraznnjemn">
    <w:name w:val="Subtle Emphasis"/>
    <w:basedOn w:val="Standardnpsmoodstavce"/>
    <w:uiPriority w:val="19"/>
    <w:qFormat/>
    <w:rsid w:val="00FC693F"/>
    <w:rPr>
      <w:i/>
      <w:iCs/>
      <w:color w:val="808080" w:themeColor="text1" w:themeTint="7F"/>
    </w:rPr>
  </w:style>
  <w:style w:type="character" w:styleId="Zdraznnintenzivn">
    <w:name w:val="Intense Emphasis"/>
    <w:basedOn w:val="Standardnpsmoodstavce"/>
    <w:uiPriority w:val="21"/>
    <w:qFormat/>
    <w:rsid w:val="00FC693F"/>
    <w:rPr>
      <w:b/>
      <w:bCs/>
      <w:i/>
      <w:iCs/>
      <w:color w:val="4F81BD" w:themeColor="accent1"/>
    </w:rPr>
  </w:style>
  <w:style w:type="character" w:styleId="Odkazjemn">
    <w:name w:val="Subtle Reference"/>
    <w:basedOn w:val="Standardnpsmoodstavce"/>
    <w:uiPriority w:val="31"/>
    <w:qFormat/>
    <w:rsid w:val="00FC693F"/>
    <w:rPr>
      <w:smallCaps/>
      <w:color w:val="C0504D" w:themeColor="accent2"/>
      <w:u w:val="single"/>
    </w:rPr>
  </w:style>
  <w:style w:type="character" w:styleId="Odkazintenzivn">
    <w:name w:val="Intense Reference"/>
    <w:basedOn w:val="Standardnpsmoodstavce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Nzevknihy">
    <w:name w:val="Book Title"/>
    <w:basedOn w:val="Standardnpsmoodstavce"/>
    <w:uiPriority w:val="33"/>
    <w:qFormat/>
    <w:rsid w:val="00FC693F"/>
    <w:rPr>
      <w:b/>
      <w:bCs/>
      <w:smallCaps/>
      <w:spacing w:val="5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FC693F"/>
    <w:pPr>
      <w:outlineLvl w:val="9"/>
    </w:pPr>
  </w:style>
  <w:style w:type="table" w:styleId="Mkatabulky">
    <w:name w:val="Table Grid"/>
    <w:basedOn w:val="Normlntabulka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vtlstnovn">
    <w:name w:val="Light Shading"/>
    <w:basedOn w:val="Normlntabulka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vtlstnovnzvraznn1">
    <w:name w:val="Light Shading Accent 1"/>
    <w:basedOn w:val="Normlntabulka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vtlstnovnzvraznn2">
    <w:name w:val="Light Shading Accent 2"/>
    <w:basedOn w:val="Normlntabulka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vtlstnovnzvraznn3">
    <w:name w:val="Light Shading Accent 3"/>
    <w:basedOn w:val="Normlntabulka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vtlstnovnzvraznn4">
    <w:name w:val="Light Shading Accent 4"/>
    <w:basedOn w:val="Normlntabulka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vtlstnovnzvraznn5">
    <w:name w:val="Light Shading Accent 5"/>
    <w:basedOn w:val="Normlntabulka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vtlstnovnzvraznn6">
    <w:name w:val="Light Shading Accent 6"/>
    <w:basedOn w:val="Normlntabulka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Svtlseznam">
    <w:name w:val="Light List"/>
    <w:basedOn w:val="Normlntabulk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Svtlseznamzvraznn1">
    <w:name w:val="Light List Accent 1"/>
    <w:basedOn w:val="Normlntabulk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Svtlseznamzvraznn2">
    <w:name w:val="Light List Accent 2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Svtlseznamzvraznn3">
    <w:name w:val="Light List Accent 3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Svtlseznamzvraznn4">
    <w:name w:val="Light List Accent 4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Svtlseznamzvraznn5">
    <w:name w:val="Light List Accent 5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Svtlseznamzvraznn6">
    <w:name w:val="Light List Accent 6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Svtlmka">
    <w:name w:val="Light Grid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Svtlmkazvraznn1">
    <w:name w:val="Light Grid Accent 1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Svtlmkazvraznn2">
    <w:name w:val="Light Grid Accent 2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Svtlmkazvraznn3">
    <w:name w:val="Light Grid Accent 3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Svtlmkazvraznn4">
    <w:name w:val="Light Grid Accent 4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Svtlmkazvraznn5">
    <w:name w:val="Light Grid Accent 5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Svtlmkazvraznn6">
    <w:name w:val="Light Grid Accent 6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tednstnovn1">
    <w:name w:val="Medium Shading 1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1">
    <w:name w:val="Medium Shading 1 Accent 1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2">
    <w:name w:val="Medium Shading 1 Accent 2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3">
    <w:name w:val="Medium Shading 1 Accent 3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4">
    <w:name w:val="Medium Shading 1 Accent 4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5">
    <w:name w:val="Medium Shading 1 Accent 5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6">
    <w:name w:val="Medium Shading 1 Accent 6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2">
    <w:name w:val="Medium Shading 2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1">
    <w:name w:val="Medium Shading 2 Accent 1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2">
    <w:name w:val="Medium Shading 2 Accent 2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3">
    <w:name w:val="Medium Shading 2 Accent 3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4">
    <w:name w:val="Medium Shading 2 Accent 4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5">
    <w:name w:val="Medium Shading 2 Accent 5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6">
    <w:name w:val="Medium Shading 2 Accent 6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eznam1">
    <w:name w:val="Medium List 1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Stednseznam1zvraznn1">
    <w:name w:val="Medium List 1 Accent 1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Stednseznam1zvraznn2">
    <w:name w:val="Medium List 1 Accent 2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Stednseznam1zvraznn3">
    <w:name w:val="Medium List 1 Accent 3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Stednseznam1zvraznn4">
    <w:name w:val="Medium List 1 Accent 4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Stednseznam1zvraznn5">
    <w:name w:val="Medium List 1 Accent 5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Stednseznam1zvraznn6">
    <w:name w:val="Medium List 1 Accent 6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Stednseznam2">
    <w:name w:val="Medium List 2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1">
    <w:name w:val="Medium List 2 Accent 1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2">
    <w:name w:val="Medium List 2 Accent 2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3">
    <w:name w:val="Medium List 2 Accent 3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4">
    <w:name w:val="Medium List 2 Accent 4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5">
    <w:name w:val="Medium List 2 Accent 5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6">
    <w:name w:val="Medium List 2 Accent 6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mka1">
    <w:name w:val="Medium Grid 1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Stednmka1zvraznn1">
    <w:name w:val="Medium Grid 1 Accent 1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Stednmka1zvraznn2">
    <w:name w:val="Medium Grid 1 Accent 2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Stednmka1zvraznn3">
    <w:name w:val="Medium Grid 1 Accent 3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tednmka1zvraznn4">
    <w:name w:val="Medium Grid 1 Accent 4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Stednmka1zvraznn5">
    <w:name w:val="Medium Grid 1 Accent 5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Stednmka1zvraznn6">
    <w:name w:val="Medium Grid 1 Accent 6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Stednmka2">
    <w:name w:val="Medium Grid 2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1">
    <w:name w:val="Medium Grid 2 Accent 1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2">
    <w:name w:val="Medium Grid 2 Accent 2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3">
    <w:name w:val="Medium Grid 2 Accent 3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4">
    <w:name w:val="Medium Grid 2 Accent 4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5">
    <w:name w:val="Medium Grid 2 Accent 5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6">
    <w:name w:val="Medium Grid 2 Accent 6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3">
    <w:name w:val="Medium Grid 3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Stednmka3zvraznn1">
    <w:name w:val="Medium Grid 3 Accent 1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Stednmka3zvraznn2">
    <w:name w:val="Medium Grid 3 Accent 2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Stednmka3zvraznn3">
    <w:name w:val="Medium Grid 3 Accent 3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Stednmka3zvraznn4">
    <w:name w:val="Medium Grid 3 Accent 4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Stednmka3zvraznn5">
    <w:name w:val="Medium Grid 3 Accent 5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Stednmka3zvraznn6">
    <w:name w:val="Medium Grid 3 Accent 6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Tmavseznam">
    <w:name w:val="Dark List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Tmavseznamzvraznn1">
    <w:name w:val="Dark List Accent 1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Tmavseznamzvraznn2">
    <w:name w:val="Dark List Accent 2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Tmavseznamzvraznn3">
    <w:name w:val="Dark List Accent 3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Tmavseznamzvraznn4">
    <w:name w:val="Dark List Accent 4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Tmavseznamzvraznn5">
    <w:name w:val="Dark List Accent 5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Tmavseznamzvraznn6">
    <w:name w:val="Dark List Accent 6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Barevnstnovn">
    <w:name w:val="Colorful Shading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1">
    <w:name w:val="Colorful Shading Accent 1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2">
    <w:name w:val="Colorful Shading Accent 2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3">
    <w:name w:val="Colorful Shading Accent 3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Barevnstnovnzvraznn4">
    <w:name w:val="Colorful Shading Accent 4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5">
    <w:name w:val="Colorful Shading Accent 5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6">
    <w:name w:val="Colorful Shading Accent 6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eznam">
    <w:name w:val="Colorful List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Barevnseznamzvraznn1">
    <w:name w:val="Colorful List Accent 1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Barevnseznamzvraznn2">
    <w:name w:val="Colorful List Accent 2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Barevnseznamzvraznn3">
    <w:name w:val="Colorful List Accent 3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Barevnseznamzvraznn4">
    <w:name w:val="Colorful List Accent 4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Barevnseznamzvraznn5">
    <w:name w:val="Colorful List Accent 5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Barevnseznamzvraznn6">
    <w:name w:val="Colorful List Accent 6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Barevnmka">
    <w:name w:val="Colorful Grid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Barevnmkazvraznn1">
    <w:name w:val="Colorful Grid Accent 1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Barevnmkazvraznn2">
    <w:name w:val="Colorful Grid Accent 2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Barevnmkazvraznn3">
    <w:name w:val="Colorful Grid Accent 3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Barevnmkazvraznn4">
    <w:name w:val="Colorful Grid Accent 4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Barevnmkazvraznn5">
    <w:name w:val="Colorful Grid Accent 5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Barevnmkazvraznn6">
    <w:name w:val="Colorful Grid Accent 6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180</Words>
  <Characters>1067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1245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Katchi</cp:lastModifiedBy>
  <cp:revision>5</cp:revision>
  <dcterms:created xsi:type="dcterms:W3CDTF">2013-12-23T23:15:00Z</dcterms:created>
  <dcterms:modified xsi:type="dcterms:W3CDTF">2026-06-19T09:16:00Z</dcterms:modified>
  <cp:category/>
</cp:coreProperties>
</file>